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Email to your manager (editable template)</w:t>
      </w:r>
    </w:p>
    <w:p>
      <w:r>
        <w:t>Edit the bracketed parts and send it yourself. IronGate never contacts your manager without your explicit permission.</w:t>
      </w:r>
    </w:p>
    <w:p>
      <w:r>
        <w:t>Subject: Request: help preparing for [CUSTOMER]'s contractor qualification due [DATE]</w:t>
      </w:r>
    </w:p>
    <w:p>
      <w:r>
        <w:t>Hi [MANAGER NAME],</w:t>
      </w:r>
    </w:p>
    <w:p>
      <w:r>
        <w:t>I would like your OK to request a written estimate from IronGate Safety Intelligence for a document-readiness review ahead of [CUSTOMER]'s [qualification / renewal / bid / returned submission], due [DATE].</w:t>
      </w:r>
    </w:p>
    <w:p>
      <w:r>
        <w:t>Why now: [One or two sentences. For example: what is due, what is scattered or unclear, or what the customer sent back.]</w:t>
      </w:r>
    </w:p>
    <w:p>
      <w:r>
        <w:t>What it would be: a remote review that compares the documents we choose to share with [CUSTOMER]'s requirements. We would receive an evidence matrix, a list of missing or unclear items, a prioritized action list with owners and suggested dates, and a one-page brief for leadership. A person reviews every finding before it is released to us.</w:t>
      </w:r>
    </w:p>
    <w:p>
      <w:r>
        <w:t>What it is not: an on-site audit, a certification, legal advice, or a guarantee that [CUSTOMER] or any platform will approve our submission. It does not replace our own safety program or our platform account.</w:t>
      </w:r>
    </w:p>
    <w:p>
      <w:r>
        <w:t>What I am asking: permission to request the estimate. Requesting it does not commit us. IronGate privately quotes cost and timeline after scoping. No confidential documents would be shared until you authorize it, an agreement is in place, and a secure submission process is set up.</w:t>
      </w:r>
    </w:p>
    <w:p>
      <w:r>
        <w:t>A fictional sample of the output is here: https://www.irongatesafety.org/intelligence/sample-review/</w:t>
        <w:br/>
        <w:t>To request an estimate: https://www.irongatesafety.org/intelligence/request-estimate/ or email intelligence@irongatesafety.org.</w:t>
      </w:r>
    </w:p>
    <w:p>
      <w:r>
        <w:t>Thanks,</w:t>
        <w:br/>
        <w:t>[YOUR NAME]</w:t>
        <w:br/>
        <w:t>[YOUR ROLE]</w:t>
        <w:br/>
      </w:r>
    </w:p>
    <w:p>
      <w:r>
        <w:t>IronGate Safety Intelligence · intelligence@irongatesafety.org · (972) 654-7674 · Monday–Friday, 9:00 a.m.–5:00 p.m. Central Time · IronGate Safety &amp; Risk Solutions LLC, mailing address 5900 Balcones Drive, STE 100, Austin, TX 78731 (not a staffed office)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to your manager (template)</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